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43"/>
        <w:gridCol w:w="4422"/>
      </w:tblGrid>
      <w:tr>
        <w:tc>
          <w:tcPr>
            <w:tcW w:type="dxa" w:w="5443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30"/>
              </w:rPr>
              <w:t>[Your business name]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20"/>
              </w:rPr>
              <w:t>[Address]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20"/>
              </w:rPr>
              <w:t>[Phone] · [Email] · [Website]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20"/>
              </w:rPr>
              <w:t>VAT Reg. No.: [__________]</w:t>
            </w:r>
          </w:p>
        </w:tc>
        <w:tc>
          <w:tcPr>
            <w:tcW w:type="dxa" w:w="4422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EA580C"/>
                <w:sz w:val="36"/>
              </w:rPr>
              <w:t>QUOTATION</w:t>
            </w:r>
          </w:p>
          <w:p>
            <w:pPr>
              <w:spacing w:after="20"/>
              <w:jc w:val="right"/>
            </w:pPr>
            <w:r>
              <w:rPr>
                <w:b w:val="0"/>
                <w:i w:val="0"/>
                <w:color w:val="1F2937"/>
                <w:sz w:val="20"/>
              </w:rPr>
              <w:t>Quote No.: [____]</w:t>
            </w:r>
          </w:p>
          <w:p>
            <w:pPr>
              <w:spacing w:after="20"/>
              <w:jc w:val="right"/>
            </w:pPr>
            <w:r>
              <w:rPr>
                <w:b w:val="0"/>
                <w:i w:val="0"/>
                <w:color w:val="1F2937"/>
                <w:sz w:val="20"/>
              </w:rPr>
              <w:t>Date: [__/__/____]</w:t>
            </w:r>
          </w:p>
          <w:p>
            <w:pPr>
              <w:spacing w:after="20"/>
              <w:jc w:val="right"/>
            </w:pPr>
            <w:r>
              <w:rPr>
                <w:b w:val="0"/>
                <w:i w:val="0"/>
                <w:color w:val="1F2937"/>
                <w:sz w:val="20"/>
              </w:rPr>
              <w:t>Valid until: [__/__/____]</w:t>
            </w:r>
          </w:p>
        </w:tc>
      </w:tr>
    </w:tbl>
    <w:p>
      <w:pPr>
        <w:spacing w:after="80" w:before="0"/>
      </w:pPr>
      <w:r>
        <w:rPr>
          <w:b w:val="0"/>
          <w:i/>
          <w:color w:val="94A3B8"/>
          <w:sz w:val="16"/>
        </w:rPr>
        <w:t>Not VAT-registered? Delete the VAT line and the VAT Reg. No.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nil"/>
          <w:insideV w:val="nil"/>
        </w:tblBorders>
        <w:tblLayout w:type="fixed"/>
      </w:tblPr>
      <w:tblGrid>
        <w:gridCol w:w="4932"/>
        <w:gridCol w:w="4932"/>
      </w:tblGrid>
      <w:tr>
        <w:tc>
          <w:tcPr>
            <w:tcW w:type="dxa" w:w="4932"/>
            <w:shd w:val="clear" w:color="auto" w:fill="F8FAFC"/>
          </w:tcPr>
          <w:p>
            <w:pPr>
              <w:spacing w:after="20"/>
            </w:pPr>
            <w:r/>
            <w:r>
              <w:rPr>
                <w:b/>
                <w:i w:val="0"/>
                <w:color w:val="64748B"/>
                <w:sz w:val="16"/>
              </w:rPr>
              <w:t>CUSTOMER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[Name]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[Address]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[Phone] · [Email]</w:t>
            </w:r>
          </w:p>
        </w:tc>
        <w:tc>
          <w:tcPr>
            <w:tcW w:type="dxa" w:w="4932"/>
            <w:shd w:val="clear" w:color="auto" w:fill="F8FAFC"/>
          </w:tcPr>
          <w:p>
            <w:pPr>
              <w:spacing w:after="20"/>
            </w:pPr>
            <w:r/>
            <w:r>
              <w:rPr>
                <w:b/>
                <w:i w:val="0"/>
                <w:color w:val="64748B"/>
                <w:sz w:val="16"/>
              </w:rPr>
              <w:t>SITE ADDRESS (if different)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937"/>
                <w:sz w:val="20"/>
              </w:rPr>
              <w:t>[Address]</w:t>
            </w:r>
          </w:p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SCOPE OF WORK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9865"/>
      </w:tblGrid>
      <w:tr>
        <w:trPr>
          <w:trHeight w:val="1077"/>
        </w:trPr>
        <w:tc>
          <w:tcPr>
            <w:tcW w:type="dxa" w:w="9865"/>
          </w:tcPr>
          <w:p>
            <w:pPr>
              <w:spacing w:after="20"/>
            </w:pPr>
            <w:r/>
            <w:r>
              <w:rPr>
                <w:b w:val="0"/>
                <w:i w:val="0"/>
                <w:color w:val="94A3B8"/>
                <w:sz w:val="20"/>
              </w:rPr>
              <w:t>[Describe exactly what you will do, e.g. replace consumer unit with 10-way RCBO board, test and certify.]</w:t>
            </w:r>
          </w:p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LABOUR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5102"/>
        <w:gridCol w:w="907"/>
        <w:gridCol w:w="907"/>
        <w:gridCol w:w="1474"/>
        <w:gridCol w:w="1474"/>
      </w:tblGrid>
      <w:tr>
        <w:tc>
          <w:tcPr>
            <w:tcW w:type="dxa" w:w="5102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Description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Qty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Unit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Unit price (£)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Amount (£)</w:t>
            </w:r>
          </w:p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MATERIALS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5102"/>
        <w:gridCol w:w="907"/>
        <w:gridCol w:w="907"/>
        <w:gridCol w:w="1474"/>
        <w:gridCol w:w="1474"/>
      </w:tblGrid>
      <w:tr>
        <w:tc>
          <w:tcPr>
            <w:tcW w:type="dxa" w:w="5102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Description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Qty</w:t>
            </w:r>
          </w:p>
        </w:tc>
        <w:tc>
          <w:tcPr>
            <w:tcW w:type="dxa" w:w="907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18"/>
              </w:rPr>
              <w:t>Unit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Unit price (£)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18"/>
              </w:rPr>
              <w:t>Amount (£)</w:t>
            </w:r>
          </w:p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425"/>
        </w:trPr>
        <w:tc>
          <w:tcPr>
            <w:tcW w:type="dxa" w:w="5102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p>
      <w:pPr>
        <w:spacing w:after="0" w:before="0" w:line="120" w:lineRule="exact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color="D5DCE4"/>
          <w:left w:val="single" w:sz="4" w:color="D5DCE4"/>
          <w:bottom w:val="single" w:sz="4" w:color="D5DCE4"/>
          <w:right w:val="single" w:sz="4" w:color="D5DCE4"/>
          <w:insideH w:val="single" w:sz="4" w:color="D5DCE4"/>
          <w:insideV w:val="single" w:sz="4" w:color="D5DCE4"/>
        </w:tblBorders>
        <w:tblLayout w:type="fixed"/>
      </w:tblPr>
      <w:tblGrid>
        <w:gridCol w:w="3515"/>
        <w:gridCol w:w="1701"/>
      </w:tblGrid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F2937"/>
                <w:sz w:val="20"/>
              </w:rPr>
              <w:t>Subtotal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1F2937"/>
                <w:sz w:val="20"/>
              </w:rPr>
              <w:t>£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F2937"/>
                <w:sz w:val="20"/>
              </w:rPr>
              <w:t>VAT 20% (only if VAT-registered)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1F2937"/>
                <w:sz w:val="20"/>
              </w:rPr>
              <w:t>£</w:t>
            </w:r>
          </w:p>
        </w:tc>
      </w:tr>
      <w:tr>
        <w:tc>
          <w:tcPr>
            <w:tcW w:type="dxa" w:w="3515"/>
            <w:shd w:val="clear" w:color="auto" w:fill="F1F5F9"/>
          </w:tcPr>
          <w:p>
            <w:pPr>
              <w:spacing w:after="20"/>
            </w:pPr>
            <w:r/>
            <w:r>
              <w:rPr>
                <w:b/>
                <w:i w:val="0"/>
                <w:color w:val="1F2937"/>
                <w:sz w:val="20"/>
              </w:rPr>
              <w:t>TOTAL</w:t>
            </w:r>
          </w:p>
        </w:tc>
        <w:tc>
          <w:tcPr>
            <w:tcW w:type="dxa" w:w="1701"/>
            <w:shd w:val="clear" w:color="auto" w:fill="F1F5F9"/>
          </w:tcPr>
          <w:p>
            <w:pPr>
              <w:spacing w:after="20"/>
              <w:jc w:val="right"/>
            </w:pPr>
            <w:r/>
            <w:r>
              <w:rPr>
                <w:b/>
                <w:i w:val="0"/>
                <w:color w:val="1F2937"/>
                <w:sz w:val="20"/>
              </w:rPr>
              <w:t>£</w:t>
            </w:r>
          </w:p>
        </w:tc>
      </w:tr>
    </w:tbl>
    <w:p>
      <w:pPr>
        <w:spacing w:after="60" w:before="100"/>
      </w:pPr>
      <w:r>
        <w:rPr>
          <w:b/>
          <w:i w:val="0"/>
          <w:color w:val="64748B"/>
          <w:sz w:val="18"/>
        </w:rPr>
        <w:t>NOT INCLUDED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Making good and decorating, builder's work, removal of waste, and any faults found in the existing installation. Any extra work will be quoted separately before it starts.</w:t>
      </w:r>
    </w:p>
    <w:p>
      <w:pPr>
        <w:spacing w:after="60" w:before="100"/>
      </w:pPr>
      <w:r>
        <w:rPr>
          <w:b/>
          <w:i w:val="0"/>
          <w:color w:val="64748B"/>
          <w:sz w:val="18"/>
        </w:rPr>
        <w:t>CERTIFICATION AND BUILDING REGULATIONS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Certification (where applicable): appropriate electrical certification will be provided on completion.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Building Regulations (where required): notifiable work will be notified under Part P (England and Wales) or the equivalent local requirement.</w:t>
      </w:r>
    </w:p>
    <w:p>
      <w:pPr>
        <w:spacing w:after="60" w:before="100"/>
      </w:pPr>
      <w:r>
        <w:rPr>
          <w:b/>
          <w:i w:val="0"/>
          <w:color w:val="64748B"/>
          <w:sz w:val="18"/>
        </w:rPr>
        <w:t>PAYMENT TERMS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Deposit of [__]% on acceptance. Balance due within [__] days of completion.</w:t>
      </w:r>
    </w:p>
    <w:p>
      <w:pPr>
        <w:spacing w:after="40" w:before="0"/>
      </w:pPr>
      <w:r>
        <w:rPr>
          <w:b w:val="0"/>
          <w:i w:val="0"/>
          <w:color w:val="1F2937"/>
          <w:sz w:val="19"/>
        </w:rPr>
        <w:t>Bank: [Account name] · Sort code [__-__-__] · Account no. [________]</w:t>
      </w:r>
    </w:p>
    <w:p>
      <w:pPr>
        <w:spacing w:after="40" w:before="0"/>
      </w:pPr>
      <w:r>
        <w:rPr>
          <w:b w:val="0"/>
          <w:i w:val="0"/>
          <w:color w:val="64748B"/>
          <w:sz w:val="19"/>
        </w:rPr>
        <w:t>This quotation is valid for 30 days from the date above.</w:t>
      </w:r>
    </w:p>
    <w:p>
      <w:pPr>
        <w:spacing w:after="60" w:before="100"/>
      </w:pPr>
      <w:r>
        <w:rPr>
          <w:b/>
          <w:i w:val="0"/>
          <w:color w:val="64748B"/>
          <w:sz w:val="18"/>
        </w:rPr>
        <w:t>ACCEPTANCE</w:t>
      </w:r>
    </w:p>
    <w:p>
      <w:pPr>
        <w:spacing w:after="280" w:before="0"/>
      </w:pPr>
      <w:r>
        <w:rPr>
          <w:b w:val="0"/>
          <w:i w:val="0"/>
          <w:color w:val="1F2937"/>
          <w:sz w:val="19"/>
        </w:rPr>
        <w:t>I accept this quotation and the terms above.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i w:val="0"/>
                <w:color w:val="64748B"/>
                <w:sz w:val="19"/>
              </w:rPr>
              <w:t>______________________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19"/>
              </w:rPr>
              <w:t>Name</w:t>
            </w:r>
          </w:p>
        </w:tc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i w:val="0"/>
                <w:color w:val="64748B"/>
                <w:sz w:val="19"/>
              </w:rPr>
              <w:t>______________________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19"/>
              </w:rPr>
              <w:t>Signature</w:t>
            </w:r>
          </w:p>
        </w:tc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i w:val="0"/>
                <w:color w:val="64748B"/>
                <w:sz w:val="19"/>
              </w:rPr>
              <w:t>______________________</w:t>
            </w:r>
          </w:p>
          <w:p>
            <w:pPr>
              <w:spacing w:after="20"/>
            </w:pPr>
            <w:r>
              <w:rPr>
                <w:b w:val="0"/>
                <w:i w:val="0"/>
                <w:color w:val="64748B"/>
                <w:sz w:val="19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94A3B8"/>
        <w:sz w:val="16"/>
      </w:rPr>
      <w:t>Free template from ElectricalVPF · electricalvpf.app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ElectricalVPF</Application>
  <Company>ElectricalVPF</Company>
  <Pages>1</Page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Quote Template (UK)</dc:title>
  <dc:subject/>
  <dc:creator>ElectricalVPF</dc:creator>
  <cp:keywords/>
  <dc:description/>
  <cp:lastModifiedBy>ElectricalVPF</cp:lastModifiedBy>
  <cp:revision>1</cp:revision>
  <dcterms:created xsi:type="dcterms:W3CDTF">2026-10-02T12:37:56Z</dcterms:created>
  <dcterms:modified xsi:type="dcterms:W3CDTF">2026-10-02T12:37:56Z</dcterms:modified>
  <cp:category/>
</cp:coreProperties>
</file>